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🕎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🕎 כסליו–חנוכה · תיכון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🔍 פינת האור בכניסה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מי בנה את פינת האור בכניסה?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בבוקר הופיעה בכניסה פינה חדשה. 🕎 יש בה חנוכייה מנורות לד. לידה שלט: "מעט אור דוחה הרבה חושך." שלושה תלמידים מי״א נשארו אתמול אחרי השיעורים. שקד התאמנה בכדורסל באולם. 🏀 אביב תיקן חוטי חשמל במעבדה. 🔌 הוא אוהב לבנות דברים עם נורות. נעמה כתבה מבחן במתמטיקה עד הערב. 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🏀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התאמנה באולם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 במעבדה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נעמה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כתבה מבחן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ממה עשויה החנוכייה?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מנורות לד 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מנרות שעווה 🕯️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מפרחים 🌸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עשתה נעמה אתמול?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התאמנה בכדורסל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כתבה מבחן עד הערב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תיקנה חוטים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צופן התקווה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חנוכה נמשך שמונה ימים. בכל ערב מוסיפים נר. הנר המיוחד הוא השמש. הוא מדליק את שאר הנרות. לפי המסורת, פך שמן קטן הספיק לשמונה ימים. לכן החג מסמל תקווה. 🕯️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‏21‏ ‏- 13‏ ‏- 6‏ ‏- 14‏ ‏- 5‏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כמה ימים נמשך החג?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ו ת ה ו 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להאמין שיהיה טוב.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ת מ ס ו 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 מנהגים שעוברים מדור לדור.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מסע ארבע התחנות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ארבע תחנות, ארבע אותיות. בסוף – מילה אחת.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🎤 אולם הטקס – למה בטקס באולם מדליקים נרות לד?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זה יפה 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זה בטוח 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אין נרות בחנות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📜 הספרייה – איפה מסופר סיפור חנוכה?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בספרי המקבים ובתלמוד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בספר שמות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בספר תהילים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🪟 החלון – למה מדליקים ליד החלון?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לחמם את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כדי לחסוך חשמל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 לפרסם את הנס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🤝 הקהילה – מה זה חג הבנות?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יום ספורט לבנות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מנהג של כבוד לבנות ולנשים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חג בקיץ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מסדרים וממיינים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שני סבבים קצרים. סדרו ומיינו.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הסיפור.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נקבע חג לדורות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השלטון אסר על מנהגי היהודים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המקדש טוהר ונחנך מחדש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החשמונאים מרדו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עובדה או פרשנות?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עובדה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פרשנות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האור בחלון הוא הצהרה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השמש מדליק את הנרות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 הוא חג של תקווה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 מתחיל בכ״ה בכסלו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החג נמשך שמונה ימים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השלטון אסר על מנהגי היהודים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החשמונאים מרדו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המקדש טוהר ונחנך מחדש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נקבע חג לדורות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מתחיל בכ״ה בכסלו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הוא חג של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השמש מדליק את הנרות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האור בחלון הוא הצהרה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החג נמשך שמונה ימים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נחשו: יובל ועידן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יובל בכיתה י״ב. 🎓 הוא מתנדב לחנוך תלמיד מכיתה ז׳.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יעשו במפגש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יכירו ויספרו על עצמם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יפתרו מבחן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ישתקו כל הזמן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עידן אומר: "אני לא טוב בשום דבר." 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יגיד יובל?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"נכון, זה קשה"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"בוא נמצא הצלחה אחת קטנה"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"אין לי זמן"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בערב השמיני יש טקס בבית הספר. 🎤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יעשה עידן?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יישאר בבית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ילך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יציג את הציורים שלו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🤔 יוצא דופן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להדליק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לברך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לפרסם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שולחן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זה שם עצם, לא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זו מילה ארוכה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בצבע חום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🕯️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💪 אומץ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😒 ייאוש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🤝 נתינה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זו מילה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 ההפך מהמסר של החג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רגש שמח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סופגנייה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עוגת גבינה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ספינג׳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מתוקה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עגולה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נאפית ולא מטוגנת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מסמל פך השמן?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תקווה במצב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אוכל טעים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השמש הוא סמל למנהיגות?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נותן אור לאחרים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הכי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דולק ראשון בבוקר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אור בחלון?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לחסוך חשמל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לקשט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לשתף את כולם בחג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למה במקומות שונים אוכלים מאכלים שונים?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אין 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 קהילה התאימה את המנהג לעצמה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החג שונה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שם החג קשור לחנוכת המקדש.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🍩 כל הקהילות אוכלות אותו מאכל.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השמש מדליק את שאר הנרות.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 קוראים לאור נרות החנוכה.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❄️ החג חל בחורף החשוך.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🌀 על כל סביבון כתוב פ.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ולכן · אבל · אף על פי כן · וגם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החג בחורף, (1)________ האור בולט. המאכלים שונים, (2)________ כולם מדליקים נרות. השמש לא נספר, (3)________ הוא חשוב מאוד.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המנהגים של החג משתנה. בסך הכול יש ארבעים וארבע נרות. החג עוסק בהבית המקדש.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זהות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🕯️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שמש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פרסום הנס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מסורת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תקווה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קהילה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מי אני ומה חשוב לי.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נר שמדליק את האחרים.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להראות את האור לכולם.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מנהג שעובר מדור לדור.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אמונה שיהיה טוב יותר.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קבוצה שחיה ופועלת יחד.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🕎 כסליו–חנוכה · תיכון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